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3D73" w14:textId="77777777" w:rsidR="00CA7C2C" w:rsidRDefault="00513421">
      <w:pPr>
        <w:spacing w:after="40"/>
      </w:pPr>
      <w:r>
        <w:rPr>
          <w:b/>
          <w:color w:val="8B0000"/>
          <w:sz w:val="44"/>
        </w:rPr>
        <w:t>Manawanui Pre-Approval Form</w:t>
      </w:r>
    </w:p>
    <w:p w14:paraId="156A48A9" w14:textId="77777777" w:rsidR="00CA7C2C" w:rsidRDefault="00513421">
      <w:pPr>
        <w:spacing w:after="240"/>
      </w:pPr>
      <w:r>
        <w:rPr>
          <w:i/>
          <w:color w:val="555555"/>
          <w:sz w:val="20"/>
        </w:rPr>
        <w:t xml:space="preserve">YOUR CHOICE, MADE EASY  |  Kei a </w:t>
      </w:r>
      <w:proofErr w:type="spellStart"/>
      <w:r>
        <w:rPr>
          <w:i/>
          <w:color w:val="555555"/>
          <w:sz w:val="20"/>
        </w:rPr>
        <w:t>koe</w:t>
      </w:r>
      <w:proofErr w:type="spellEnd"/>
      <w:r>
        <w:rPr>
          <w:i/>
          <w:color w:val="555555"/>
          <w:sz w:val="20"/>
        </w:rPr>
        <w:t xml:space="preserve"> </w:t>
      </w:r>
      <w:proofErr w:type="spellStart"/>
      <w:r>
        <w:rPr>
          <w:i/>
          <w:color w:val="555555"/>
          <w:sz w:val="20"/>
        </w:rPr>
        <w:t>anō</w:t>
      </w:r>
      <w:proofErr w:type="spellEnd"/>
      <w:r>
        <w:rPr>
          <w:i/>
          <w:color w:val="555555"/>
          <w:sz w:val="20"/>
        </w:rPr>
        <w:t xml:space="preserve"> </w:t>
      </w:r>
      <w:proofErr w:type="spellStart"/>
      <w:r>
        <w:rPr>
          <w:i/>
          <w:color w:val="555555"/>
          <w:sz w:val="20"/>
        </w:rPr>
        <w:t>tō</w:t>
      </w:r>
      <w:proofErr w:type="spellEnd"/>
      <w:r>
        <w:rPr>
          <w:i/>
          <w:color w:val="555555"/>
          <w:sz w:val="20"/>
        </w:rPr>
        <w:t xml:space="preserve"> Rangatiratanga</w:t>
      </w:r>
    </w:p>
    <w:p w14:paraId="297233BE" w14:textId="77777777" w:rsidR="00CA7C2C" w:rsidRDefault="00513421">
      <w:pPr>
        <w:keepNext/>
        <w:spacing w:before="280"/>
      </w:pPr>
      <w:r>
        <w:rPr>
          <w:b/>
          <w:color w:val="8B0000"/>
          <w:sz w:val="32"/>
        </w:rPr>
        <w:t>Submission Instructions &amp; Acknowledgements</w:t>
      </w:r>
    </w:p>
    <w:p w14:paraId="1D37CA48" w14:textId="77777777" w:rsidR="00CA7C2C" w:rsidRDefault="00513421">
      <w:r>
        <w:t xml:space="preserve">Please ensure you complete the first two required sections (General Information and Pre-Approval Information), along with further details in the specific section relevant to your reason for pre-approval. Once completed, return this form to: </w:t>
      </w:r>
      <w:r>
        <w:rPr>
          <w:b/>
        </w:rPr>
        <w:t>CEC@manawanui.org.nz</w:t>
      </w:r>
    </w:p>
    <w:p w14:paraId="0057DFDC" w14:textId="77777777" w:rsidR="00CA7C2C" w:rsidRDefault="00513421">
      <w:r>
        <w:t>By filling out and submitting this form, you acknowledge that:</w:t>
      </w:r>
    </w:p>
    <w:p w14:paraId="4633BB23" w14:textId="7501C15C" w:rsidR="00CA7C2C" w:rsidRDefault="00513421">
      <w:pPr>
        <w:pStyle w:val="ListBullet"/>
        <w:spacing w:after="60"/>
      </w:pPr>
      <w:r>
        <w:t>You have read and considered the guidance considerations listed in this document.</w:t>
      </w:r>
    </w:p>
    <w:p w14:paraId="499EFABE" w14:textId="5F63DAC9" w:rsidR="00CA7C2C" w:rsidRDefault="00513421">
      <w:pPr>
        <w:pStyle w:val="ListBullet"/>
        <w:spacing w:after="60"/>
      </w:pPr>
      <w:r>
        <w:t>You have completed the first two required sections and the specific section related to your reason for pre-approval.</w:t>
      </w:r>
    </w:p>
    <w:p w14:paraId="730628C2" w14:textId="14CD2E4F" w:rsidR="00CA7C2C" w:rsidRDefault="00513421">
      <w:pPr>
        <w:pStyle w:val="ListBullet"/>
        <w:spacing w:after="60"/>
      </w:pPr>
      <w:r>
        <w:t>This pre-approval is valid for three months from the application date and is dependent on having sufficient funding to cover the pre-approval when claimed.</w:t>
      </w:r>
    </w:p>
    <w:p w14:paraId="4E567D3B" w14:textId="1E7645A6" w:rsidR="00CA7C2C" w:rsidRDefault="00513421">
      <w:pPr>
        <w:pStyle w:val="ListBullet"/>
        <w:spacing w:after="60"/>
      </w:pPr>
      <w:r>
        <w:t>This pre-approval form does not guarantee that the purchase will be approved.</w:t>
      </w:r>
    </w:p>
    <w:p w14:paraId="670F29DB" w14:textId="3A5AA694" w:rsidR="00CA7C2C" w:rsidRDefault="00513421">
      <w:pPr>
        <w:pStyle w:val="ListBullet"/>
        <w:spacing w:after="60"/>
      </w:pPr>
      <w:r>
        <w:t>The pre-approval covers your current funding(s) ONLY.</w:t>
      </w:r>
    </w:p>
    <w:p w14:paraId="4BC5A634" w14:textId="42B55B39" w:rsidR="00CA7C2C" w:rsidRDefault="00513421">
      <w:pPr>
        <w:pStyle w:val="ListBullet"/>
        <w:spacing w:after="60"/>
      </w:pPr>
      <w:r>
        <w:t>Manawanui may share this information with your NASC.</w:t>
      </w:r>
    </w:p>
    <w:p w14:paraId="7885E517" w14:textId="77777777" w:rsidR="00CA7C2C" w:rsidRDefault="00513421">
      <w:pPr>
        <w:keepNext/>
        <w:spacing w:before="280"/>
      </w:pPr>
      <w:r>
        <w:rPr>
          <w:b/>
          <w:color w:val="8B0000"/>
          <w:sz w:val="32"/>
        </w:rPr>
        <w:t>Key Questions to Consider Before Applying</w:t>
      </w:r>
    </w:p>
    <w:p w14:paraId="43B29925" w14:textId="77777777" w:rsidR="00CA7C2C" w:rsidRDefault="00513421">
      <w:pPr>
        <w:keepNext/>
        <w:spacing w:before="240" w:after="80"/>
      </w:pPr>
      <w:r>
        <w:rPr>
          <w:b/>
          <w:color w:val="333333"/>
          <w:sz w:val="26"/>
        </w:rPr>
        <w:t>1. My DSS Funding Plan / Individual Service Plan (ISP)</w:t>
      </w:r>
    </w:p>
    <w:p w14:paraId="35A9E899" w14:textId="12378D6C" w:rsidR="00CA7C2C" w:rsidRDefault="00513421">
      <w:pPr>
        <w:pStyle w:val="ListBullet"/>
        <w:spacing w:after="60"/>
      </w:pPr>
      <w:r>
        <w:t>Is the purchase related to a specific purpose(s) agreed in your My DSS Funding Plan or Individual Service Plan?</w:t>
      </w:r>
    </w:p>
    <w:p w14:paraId="524D0C59" w14:textId="77777777" w:rsidR="00CA7C2C" w:rsidRDefault="00513421">
      <w:pPr>
        <w:keepNext/>
        <w:spacing w:before="240" w:after="80"/>
      </w:pPr>
      <w:r>
        <w:rPr>
          <w:b/>
          <w:color w:val="333333"/>
          <w:sz w:val="26"/>
        </w:rPr>
        <w:t>2. Disability Necessity</w:t>
      </w:r>
    </w:p>
    <w:p w14:paraId="70DF9935" w14:textId="78391C88" w:rsidR="00CA7C2C" w:rsidRDefault="00513421">
      <w:pPr>
        <w:pStyle w:val="ListBullet"/>
        <w:spacing w:after="60"/>
      </w:pPr>
      <w:r>
        <w:t>Is the purchase necessary due to the person’s disability?</w:t>
      </w:r>
    </w:p>
    <w:p w14:paraId="4D056F27" w14:textId="4208855E" w:rsidR="00CA7C2C" w:rsidRDefault="00513421">
      <w:pPr>
        <w:pStyle w:val="ListBullet"/>
        <w:spacing w:after="60"/>
      </w:pPr>
      <w:r>
        <w:t>What opportunities is this creating that wouldn’t be needed if the person wasn’t disabled?</w:t>
      </w:r>
    </w:p>
    <w:p w14:paraId="64861065" w14:textId="5BF139A5" w:rsidR="00CA7C2C" w:rsidRDefault="00513421">
      <w:pPr>
        <w:pStyle w:val="ListBullet"/>
        <w:spacing w:after="60"/>
      </w:pPr>
      <w:r>
        <w:t>What barriers does this purchase overcome for the person?</w:t>
      </w:r>
    </w:p>
    <w:p w14:paraId="062FDBBF" w14:textId="503D4841" w:rsidR="00CA7C2C" w:rsidRDefault="00513421">
      <w:pPr>
        <w:pStyle w:val="ListBullet"/>
        <w:spacing w:after="60"/>
      </w:pPr>
      <w:r>
        <w:t>How does this purchase promote independence or skill development?</w:t>
      </w:r>
    </w:p>
    <w:p w14:paraId="750DD4D2" w14:textId="5A09D33B" w:rsidR="00CA7C2C" w:rsidRDefault="00513421">
      <w:pPr>
        <w:pStyle w:val="ListBullet"/>
        <w:spacing w:after="60"/>
      </w:pPr>
      <w:r>
        <w:t>Are there other non-DSS supports that might be able to address this need?</w:t>
      </w:r>
    </w:p>
    <w:p w14:paraId="2EAA8376" w14:textId="77777777" w:rsidR="00CA7C2C" w:rsidRDefault="00513421">
      <w:pPr>
        <w:keepNext/>
        <w:spacing w:before="240" w:after="80"/>
      </w:pPr>
      <w:r>
        <w:rPr>
          <w:b/>
          <w:color w:val="333333"/>
          <w:sz w:val="26"/>
        </w:rPr>
        <w:t>3. Budget Management Considerations</w:t>
      </w:r>
    </w:p>
    <w:p w14:paraId="5E82136B" w14:textId="45F974AC" w:rsidR="00CA7C2C" w:rsidRDefault="00513421">
      <w:pPr>
        <w:pStyle w:val="ListBullet"/>
        <w:spacing w:after="60"/>
      </w:pPr>
      <w:r>
        <w:t>Will making this purchase compromise access to other necessary supports through to the end of the funding period?</w:t>
      </w:r>
    </w:p>
    <w:p w14:paraId="3F2FC9A3" w14:textId="0DFDB617" w:rsidR="00CA7C2C" w:rsidRDefault="00513421">
      <w:pPr>
        <w:pStyle w:val="ListBullet"/>
        <w:spacing w:after="60"/>
      </w:pPr>
      <w:r>
        <w:t>Does it reduce the need for further support (e.g., reduce support worker hours)?</w:t>
      </w:r>
    </w:p>
    <w:p w14:paraId="27573CEC" w14:textId="593F4E65" w:rsidR="00CA7C2C" w:rsidRDefault="00513421">
      <w:pPr>
        <w:pStyle w:val="ListBullet"/>
        <w:spacing w:after="60"/>
      </w:pPr>
      <w:r>
        <w:t>Is this purchase solely related to disability, or would a personal contribution be appropriate?</w:t>
      </w:r>
    </w:p>
    <w:p w14:paraId="58C8E0E1" w14:textId="6CAF61D0" w:rsidR="00CA7C2C" w:rsidRDefault="00513421">
      <w:pPr>
        <w:pStyle w:val="ListBullet"/>
        <w:spacing w:after="60"/>
      </w:pPr>
      <w:r>
        <w:t xml:space="preserve">What impact will the purchase </w:t>
      </w:r>
      <w:proofErr w:type="gramStart"/>
      <w:r>
        <w:t>have</w:t>
      </w:r>
      <w:proofErr w:type="gramEnd"/>
      <w:r>
        <w:t xml:space="preserve"> on the allocated budget?</w:t>
      </w:r>
    </w:p>
    <w:p w14:paraId="2D680BF4" w14:textId="18B57ED6" w:rsidR="00CA7C2C" w:rsidRDefault="00513421">
      <w:pPr>
        <w:pStyle w:val="ListBullet"/>
        <w:spacing w:after="60"/>
      </w:pPr>
      <w:r>
        <w:lastRenderedPageBreak/>
        <w:t xml:space="preserve">Is there a contingency plan in place to cover any additional </w:t>
      </w:r>
      <w:proofErr w:type="gramStart"/>
      <w:r>
        <w:t>supports</w:t>
      </w:r>
      <w:proofErr w:type="gramEnd"/>
      <w:r>
        <w:t xml:space="preserve"> required during the allocation period?</w:t>
      </w:r>
    </w:p>
    <w:p w14:paraId="0B9F5EEB" w14:textId="77777777" w:rsidR="00CA7C2C" w:rsidRDefault="00513421">
      <w:pPr>
        <w:keepNext/>
        <w:spacing w:before="240" w:after="80"/>
      </w:pPr>
      <w:r>
        <w:rPr>
          <w:b/>
          <w:color w:val="333333"/>
          <w:sz w:val="26"/>
        </w:rPr>
        <w:t>4. Alternative Funding Sources</w:t>
      </w:r>
    </w:p>
    <w:p w14:paraId="7C091796" w14:textId="05CFA7EB" w:rsidR="00CA7C2C" w:rsidRDefault="00513421">
      <w:pPr>
        <w:pStyle w:val="ListBullet"/>
        <w:spacing w:after="60"/>
      </w:pPr>
      <w:r>
        <w:t>Have other sources of funding been considered? (Note: The availability of funding from other agencies does not preclude the use of DSS funding; however, services available from other government agencies should be explored first.)</w:t>
      </w:r>
    </w:p>
    <w:p w14:paraId="03DADADE" w14:textId="77777777" w:rsidR="00CA7C2C" w:rsidRDefault="00513421" w:rsidP="00387394">
      <w:pPr>
        <w:pStyle w:val="Heading2"/>
      </w:pPr>
      <w:r>
        <w:t>Section 1: General Information (Required)</w:t>
      </w:r>
    </w:p>
    <w:p w14:paraId="7E0B3669" w14:textId="77777777" w:rsidR="00CA7C2C" w:rsidRDefault="00513421">
      <w:pPr>
        <w:keepNext/>
        <w:spacing w:before="80" w:after="40"/>
      </w:pPr>
      <w:r>
        <w:rPr>
          <w:b/>
        </w:rPr>
        <w:t>Application Date:</w:t>
      </w:r>
    </w:p>
    <w:p w14:paraId="0F334A17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3DAE1638" w14:textId="77777777" w:rsidR="00CA7C2C" w:rsidRDefault="00513421">
      <w:pPr>
        <w:keepNext/>
        <w:spacing w:before="80" w:after="40"/>
      </w:pPr>
      <w:r>
        <w:rPr>
          <w:b/>
        </w:rPr>
        <w:t>Funded Person Name:</w:t>
      </w:r>
    </w:p>
    <w:p w14:paraId="5A972F38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74FB5F1E" w14:textId="77777777" w:rsidR="00CA7C2C" w:rsidRDefault="00513421">
      <w:pPr>
        <w:keepNext/>
        <w:spacing w:before="80" w:after="40"/>
      </w:pPr>
      <w:r>
        <w:rPr>
          <w:b/>
        </w:rPr>
        <w:t>Agent Name (if applicable):</w:t>
      </w:r>
    </w:p>
    <w:p w14:paraId="6A7CF1B0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5650ED70" w14:textId="77777777" w:rsidR="00CA7C2C" w:rsidRDefault="00513421">
      <w:pPr>
        <w:keepNext/>
        <w:spacing w:before="80" w:after="40"/>
      </w:pPr>
      <w:r>
        <w:rPr>
          <w:b/>
        </w:rPr>
        <w:t>Estimated Date of Purchase:</w:t>
      </w:r>
    </w:p>
    <w:p w14:paraId="79B1CF3B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3567F9B4" w14:textId="77777777" w:rsidR="00CA7C2C" w:rsidRDefault="00513421">
      <w:pPr>
        <w:keepNext/>
        <w:spacing w:before="80" w:after="40"/>
      </w:pPr>
      <w:r>
        <w:rPr>
          <w:b/>
        </w:rPr>
        <w:t>Funding to be Used:</w:t>
      </w:r>
    </w:p>
    <w:p w14:paraId="70E33E30" w14:textId="77777777" w:rsidR="00CA7C2C" w:rsidRDefault="00513421">
      <w:pPr>
        <w:keepNext/>
        <w:spacing w:after="40"/>
      </w:pPr>
      <w:r>
        <w:rPr>
          <w:i/>
          <w:color w:val="555555"/>
          <w:sz w:val="19"/>
        </w:rPr>
        <w:t>(e.g., MoH IF, MoH IF Respite, EIF)</w:t>
      </w:r>
    </w:p>
    <w:p w14:paraId="58D5A26F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16C564DA" w14:textId="77777777" w:rsidR="00CA7C2C" w:rsidRDefault="00513421" w:rsidP="00387394">
      <w:pPr>
        <w:pStyle w:val="Heading2"/>
      </w:pPr>
      <w:r>
        <w:t>Section 2: Pre-Approval Information (Required)</w:t>
      </w:r>
    </w:p>
    <w:p w14:paraId="2DBAC195" w14:textId="77777777" w:rsidR="00CA7C2C" w:rsidRDefault="00513421">
      <w:pPr>
        <w:keepNext/>
        <w:spacing w:before="80" w:after="40"/>
      </w:pPr>
      <w:r>
        <w:rPr>
          <w:b/>
        </w:rPr>
        <w:t>Item Description:</w:t>
      </w:r>
    </w:p>
    <w:p w14:paraId="70A1486B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76642229" w14:textId="77777777" w:rsidR="00CA7C2C" w:rsidRDefault="00513421">
      <w:pPr>
        <w:keepNext/>
        <w:spacing w:before="80" w:after="40"/>
      </w:pPr>
      <w:r>
        <w:rPr>
          <w:b/>
        </w:rPr>
        <w:t>Item Cost ($):</w:t>
      </w:r>
    </w:p>
    <w:p w14:paraId="7A7F714F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062ACBA1" w14:textId="77777777" w:rsidR="00CA7C2C" w:rsidRDefault="00513421">
      <w:pPr>
        <w:keepNext/>
        <w:spacing w:before="80" w:after="40"/>
      </w:pPr>
      <w:r>
        <w:rPr>
          <w:b/>
        </w:rPr>
        <w:t>Personal Contribution ($ if any):</w:t>
      </w:r>
    </w:p>
    <w:p w14:paraId="32D29091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5300E38A" w14:textId="77777777" w:rsidR="00CA7C2C" w:rsidRDefault="00513421">
      <w:pPr>
        <w:keepNext/>
        <w:spacing w:before="80" w:after="40"/>
      </w:pPr>
      <w:r>
        <w:rPr>
          <w:b/>
        </w:rPr>
        <w:t>Reason for Pre-Approval:</w:t>
      </w:r>
    </w:p>
    <w:p w14:paraId="64260F4E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23260BF0" w14:textId="77777777" w:rsidR="00CA7C2C" w:rsidRDefault="00513421">
      <w:pPr>
        <w:keepNext/>
        <w:spacing w:before="80" w:after="40"/>
      </w:pPr>
      <w:r>
        <w:rPr>
          <w:b/>
        </w:rPr>
        <w:t>Is the purchase related to specific parts of the purpose(s) agreed in the My DSS Funding Plan or ISP? If so, which part?</w:t>
      </w:r>
    </w:p>
    <w:p w14:paraId="05A4BF8C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1C550AAB" w14:textId="77777777" w:rsidR="00CA7C2C" w:rsidRDefault="00513421">
      <w:pPr>
        <w:keepNext/>
        <w:spacing w:before="80" w:after="40"/>
      </w:pPr>
      <w:r>
        <w:rPr>
          <w:b/>
        </w:rPr>
        <w:t>Please detail how this purchase helps the client address a barrier to disability:</w:t>
      </w:r>
    </w:p>
    <w:p w14:paraId="05870D6E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291AD721" w14:textId="77777777" w:rsidR="00CA7C2C" w:rsidRDefault="00513421">
      <w:pPr>
        <w:keepNext/>
        <w:spacing w:before="80" w:after="40"/>
      </w:pPr>
      <w:r>
        <w:rPr>
          <w:b/>
        </w:rPr>
        <w:lastRenderedPageBreak/>
        <w:t>Does making this purchase compromise your remaining budget?</w:t>
      </w:r>
    </w:p>
    <w:p w14:paraId="05BBE03D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13963012" w14:textId="77777777" w:rsidR="00CA7C2C" w:rsidRDefault="00513421">
      <w:pPr>
        <w:keepNext/>
        <w:spacing w:before="80" w:after="40"/>
      </w:pPr>
      <w:r>
        <w:rPr>
          <w:b/>
        </w:rPr>
        <w:t>What contingency plan(s) do you have in place if answered yes above?</w:t>
      </w:r>
    </w:p>
    <w:p w14:paraId="03BEE6F4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4DAECBE6" w14:textId="77777777" w:rsidR="00CA7C2C" w:rsidRDefault="00513421">
      <w:pPr>
        <w:keepNext/>
        <w:spacing w:before="80" w:after="40"/>
      </w:pPr>
      <w:r>
        <w:rPr>
          <w:b/>
        </w:rPr>
        <w:t>Are there any other sources of funding available and have they been considered? If so, have you been declined or placed on a waiting list? (Please provide evidence to support this):</w:t>
      </w:r>
    </w:p>
    <w:p w14:paraId="45D1054E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7EC55780" w14:textId="77777777" w:rsidR="00CA7C2C" w:rsidRDefault="00513421">
      <w:pPr>
        <w:keepNext/>
        <w:spacing w:before="80" w:after="40"/>
      </w:pPr>
      <w:r>
        <w:rPr>
          <w:b/>
        </w:rPr>
        <w:t>Any other information we should be aware of?</w:t>
      </w:r>
    </w:p>
    <w:p w14:paraId="73BAC55B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5F3217A3" w14:textId="77777777" w:rsidR="00CA7C2C" w:rsidRDefault="00513421">
      <w:pPr>
        <w:spacing w:before="200" w:after="200"/>
      </w:pPr>
      <w:r>
        <w:rPr>
          <w:b/>
          <w:i/>
        </w:rPr>
        <w:t>Note: Please only complete the specific section below that relates to the Reason for Pre-Approval selected above.</w:t>
      </w:r>
    </w:p>
    <w:p w14:paraId="1FC1B17E" w14:textId="77777777" w:rsidR="00CA7C2C" w:rsidRDefault="00513421">
      <w:pPr>
        <w:keepNext/>
        <w:spacing w:before="280"/>
      </w:pPr>
      <w:r>
        <w:rPr>
          <w:b/>
          <w:color w:val="8B0000"/>
          <w:sz w:val="32"/>
        </w:rPr>
        <w:t>Specific Details: Overseas Travel</w:t>
      </w:r>
    </w:p>
    <w:p w14:paraId="64C2EA1D" w14:textId="77777777" w:rsidR="00CA7C2C" w:rsidRDefault="00513421">
      <w:pPr>
        <w:keepNext/>
        <w:spacing w:before="80" w:after="40"/>
      </w:pPr>
      <w:r>
        <w:rPr>
          <w:b/>
        </w:rPr>
        <w:t>Travelling Party Names (including Support Worker):</w:t>
      </w:r>
    </w:p>
    <w:p w14:paraId="249C5558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1C82DFA5" w14:textId="77777777" w:rsidR="00CA7C2C" w:rsidRDefault="00513421">
      <w:pPr>
        <w:keepNext/>
        <w:spacing w:before="80" w:after="40"/>
      </w:pPr>
      <w:r>
        <w:rPr>
          <w:b/>
        </w:rPr>
        <w:t>Travel Dates:</w:t>
      </w:r>
    </w:p>
    <w:p w14:paraId="63CA8C24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6C6F1AB1" w14:textId="77777777" w:rsidR="00CA7C2C" w:rsidRDefault="00513421">
      <w:pPr>
        <w:keepNext/>
        <w:spacing w:before="80" w:after="40"/>
      </w:pPr>
      <w:r>
        <w:rPr>
          <w:b/>
        </w:rPr>
        <w:t>Total Number of Days Overseas:</w:t>
      </w:r>
    </w:p>
    <w:p w14:paraId="7D5FDB6D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6171F0C9" w14:textId="77777777" w:rsidR="00CA7C2C" w:rsidRDefault="00513421">
      <w:pPr>
        <w:keepNext/>
        <w:spacing w:before="80" w:after="40"/>
      </w:pPr>
      <w:r>
        <w:rPr>
          <w:b/>
        </w:rPr>
        <w:t>Destination(s):</w:t>
      </w:r>
    </w:p>
    <w:p w14:paraId="6B2F4986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10249936" w14:textId="77777777" w:rsidR="00CA7C2C" w:rsidRDefault="00513421">
      <w:pPr>
        <w:keepNext/>
        <w:spacing w:before="80" w:after="40"/>
      </w:pPr>
      <w:r>
        <w:rPr>
          <w:b/>
        </w:rPr>
        <w:t>Reason for Travel:</w:t>
      </w:r>
    </w:p>
    <w:p w14:paraId="67166616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6157400B" w14:textId="77777777" w:rsidR="00CA7C2C" w:rsidRDefault="00513421">
      <w:pPr>
        <w:keepNext/>
        <w:spacing w:before="80" w:after="40"/>
      </w:pPr>
      <w:r>
        <w:rPr>
          <w:b/>
        </w:rPr>
        <w:t>Description of travel costs to be claimed from (each) funding:</w:t>
      </w:r>
    </w:p>
    <w:p w14:paraId="6B40CEF8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3050EC4B" w14:textId="77777777" w:rsidR="00CA7C2C" w:rsidRDefault="00513421">
      <w:pPr>
        <w:keepNext/>
        <w:spacing w:before="280"/>
      </w:pPr>
      <w:r>
        <w:rPr>
          <w:b/>
          <w:color w:val="8B0000"/>
          <w:sz w:val="32"/>
        </w:rPr>
        <w:t>Specific Details: Equipment</w:t>
      </w:r>
    </w:p>
    <w:p w14:paraId="2B85B7D0" w14:textId="77777777" w:rsidR="00CA7C2C" w:rsidRDefault="00513421">
      <w:pPr>
        <w:keepNext/>
        <w:spacing w:before="80" w:after="40"/>
      </w:pPr>
      <w:r>
        <w:rPr>
          <w:b/>
        </w:rPr>
        <w:t>Does the equipment have the potential to pose a risk of harm?</w:t>
      </w:r>
    </w:p>
    <w:p w14:paraId="43E973BD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6E09F6F2" w14:textId="77777777" w:rsidR="00CA7C2C" w:rsidRDefault="00513421">
      <w:pPr>
        <w:keepNext/>
        <w:spacing w:before="80" w:after="40"/>
      </w:pPr>
      <w:r>
        <w:rPr>
          <w:b/>
        </w:rPr>
        <w:t>If yes, has a health professional operating within the scope of their practice confirmed that it is safe?</w:t>
      </w:r>
    </w:p>
    <w:p w14:paraId="0F53813A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11914359" w14:textId="77777777" w:rsidR="00CA7C2C" w:rsidRDefault="00513421">
      <w:pPr>
        <w:keepNext/>
        <w:spacing w:before="80" w:after="40"/>
      </w:pPr>
      <w:r>
        <w:rPr>
          <w:b/>
        </w:rPr>
        <w:t>Please detail how this equipment will help support the client's independence or provide safety:</w:t>
      </w:r>
    </w:p>
    <w:p w14:paraId="0CD1666E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58534D2C" w14:textId="77777777" w:rsidR="00CA7C2C" w:rsidRDefault="00513421">
      <w:pPr>
        <w:spacing w:after="160"/>
      </w:pPr>
      <w:r>
        <w:rPr>
          <w:i/>
        </w:rPr>
        <w:lastRenderedPageBreak/>
        <w:t>Important: If you answered 'Yes' to the first two questions in this section, please ensure that you attach evidence from your registered health professional.</w:t>
      </w:r>
    </w:p>
    <w:p w14:paraId="0EC46834" w14:textId="77777777" w:rsidR="00CA7C2C" w:rsidRDefault="00513421">
      <w:pPr>
        <w:keepNext/>
        <w:spacing w:before="280"/>
      </w:pPr>
      <w:r>
        <w:rPr>
          <w:b/>
          <w:color w:val="8B0000"/>
          <w:sz w:val="32"/>
        </w:rPr>
        <w:t>Specific Details: Complementary Therapies</w:t>
      </w:r>
    </w:p>
    <w:p w14:paraId="1FDE56DA" w14:textId="77777777" w:rsidR="00CA7C2C" w:rsidRDefault="00513421">
      <w:r>
        <w:t>This comprises health care and/or medical practices that are used alongside conventional medical treatments.</w:t>
      </w:r>
    </w:p>
    <w:p w14:paraId="2FB6B95F" w14:textId="77777777" w:rsidR="00CA7C2C" w:rsidRDefault="00513421">
      <w:pPr>
        <w:keepNext/>
        <w:spacing w:before="80" w:after="40"/>
      </w:pPr>
      <w:r>
        <w:rPr>
          <w:b/>
        </w:rPr>
        <w:t>Description of the complementary therapy:</w:t>
      </w:r>
    </w:p>
    <w:p w14:paraId="0FF232A1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598CF80B" w14:textId="77777777" w:rsidR="00CA7C2C" w:rsidRDefault="00513421">
      <w:pPr>
        <w:keepNext/>
        <w:spacing w:before="80" w:after="40"/>
      </w:pPr>
      <w:r>
        <w:rPr>
          <w:b/>
        </w:rPr>
        <w:t>Has the therapy been recommended by a registered health professional operating within the scope of their practice?</w:t>
      </w:r>
    </w:p>
    <w:p w14:paraId="1014A89F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0395A173" w14:textId="77777777" w:rsidR="00CA7C2C" w:rsidRDefault="00513421">
      <w:pPr>
        <w:keepNext/>
        <w:spacing w:before="80" w:after="40"/>
      </w:pPr>
      <w:r>
        <w:rPr>
          <w:b/>
        </w:rPr>
        <w:t>How many sessions are you seeking pre-approval for?</w:t>
      </w:r>
    </w:p>
    <w:p w14:paraId="1E5F6968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4D5B9033" w14:textId="77777777" w:rsidR="00CA7C2C" w:rsidRDefault="00513421">
      <w:pPr>
        <w:spacing w:after="160"/>
      </w:pPr>
      <w:r>
        <w:rPr>
          <w:i/>
        </w:rPr>
        <w:t>Important: If you answered 'Yes' to the first two questions in this section, please ensure that you attach evidence from your registered health professional.</w:t>
      </w:r>
    </w:p>
    <w:p w14:paraId="4CB7D110" w14:textId="77777777" w:rsidR="00CA7C2C" w:rsidRDefault="00513421">
      <w:pPr>
        <w:keepNext/>
        <w:spacing w:before="280"/>
      </w:pPr>
      <w:r>
        <w:rPr>
          <w:b/>
          <w:color w:val="8B0000"/>
          <w:sz w:val="32"/>
        </w:rPr>
        <w:t>Specific Details: Repeat Purchases</w:t>
      </w:r>
    </w:p>
    <w:p w14:paraId="42DC392A" w14:textId="77777777" w:rsidR="00CA7C2C" w:rsidRDefault="00513421">
      <w:pPr>
        <w:keepNext/>
        <w:spacing w:before="80" w:after="40"/>
      </w:pPr>
      <w:r>
        <w:rPr>
          <w:b/>
        </w:rPr>
        <w:t>Date previous similar purchase was made:</w:t>
      </w:r>
    </w:p>
    <w:p w14:paraId="1589DEBF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6532FABC" w14:textId="77777777" w:rsidR="00CA7C2C" w:rsidRDefault="00513421">
      <w:pPr>
        <w:keepNext/>
        <w:spacing w:before="80" w:after="40"/>
      </w:pPr>
      <w:r>
        <w:rPr>
          <w:b/>
        </w:rPr>
        <w:t>Reason for repeat purchase:</w:t>
      </w:r>
    </w:p>
    <w:p w14:paraId="6FC9E4B9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2F5872A9" w14:textId="77777777" w:rsidR="00CA7C2C" w:rsidRDefault="00513421">
      <w:pPr>
        <w:keepNext/>
        <w:spacing w:before="80" w:after="40"/>
      </w:pPr>
      <w:r>
        <w:rPr>
          <w:b/>
        </w:rPr>
        <w:t>If the reason was due to theft or damage, was this covered under your contents insurance?</w:t>
      </w:r>
    </w:p>
    <w:p w14:paraId="6F339522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28ED2E17" w14:textId="77777777" w:rsidR="00CA7C2C" w:rsidRDefault="00513421">
      <w:pPr>
        <w:keepNext/>
        <w:spacing w:before="280"/>
      </w:pPr>
      <w:r>
        <w:rPr>
          <w:b/>
          <w:color w:val="8B0000"/>
          <w:sz w:val="32"/>
        </w:rPr>
        <w:t>Specific Details: Purchases Over Tier Limit</w:t>
      </w:r>
    </w:p>
    <w:p w14:paraId="2E0E0232" w14:textId="77777777" w:rsidR="00CA7C2C" w:rsidRDefault="00513421">
      <w:pPr>
        <w:keepNext/>
        <w:spacing w:before="80" w:after="40"/>
      </w:pPr>
      <w:r>
        <w:rPr>
          <w:b/>
        </w:rPr>
        <w:t>Tier Level:</w:t>
      </w:r>
    </w:p>
    <w:p w14:paraId="6A7709D5" w14:textId="77777777" w:rsidR="00CA7C2C" w:rsidRDefault="00513421">
      <w:pPr>
        <w:spacing w:before="40" w:after="160"/>
      </w:pPr>
      <w:r>
        <w:rPr>
          <w:color w:val="777777"/>
        </w:rPr>
        <w:t>[ Type response here ]</w:t>
      </w:r>
    </w:p>
    <w:p w14:paraId="73C13021" w14:textId="77777777" w:rsidR="00CA7C2C" w:rsidRDefault="00513421">
      <w:pPr>
        <w:keepNext/>
        <w:spacing w:before="80" w:after="40"/>
      </w:pPr>
      <w:r>
        <w:rPr>
          <w:b/>
        </w:rPr>
        <w:t xml:space="preserve">Has funding from other agencies or government </w:t>
      </w:r>
      <w:proofErr w:type="spellStart"/>
      <w:r>
        <w:rPr>
          <w:b/>
        </w:rPr>
        <w:t>organisations</w:t>
      </w:r>
      <w:proofErr w:type="spellEnd"/>
      <w:r>
        <w:rPr>
          <w:b/>
        </w:rPr>
        <w:t xml:space="preserve"> been explored?</w:t>
      </w:r>
    </w:p>
    <w:p w14:paraId="55605693" w14:textId="231587E7" w:rsidR="00CA7C2C" w:rsidRDefault="00513421">
      <w:pPr>
        <w:spacing w:before="40" w:after="160"/>
      </w:pPr>
      <w:proofErr w:type="gramStart"/>
      <w:r>
        <w:rPr>
          <w:color w:val="003366"/>
        </w:rPr>
        <w:t>[ Answer</w:t>
      </w:r>
      <w:proofErr w:type="gramEnd"/>
      <w:r>
        <w:rPr>
          <w:color w:val="003366"/>
        </w:rPr>
        <w:t xml:space="preserve"> / Fill Here:</w:t>
      </w:r>
    </w:p>
    <w:p w14:paraId="6BE63784" w14:textId="77777777" w:rsidR="00CA7C2C" w:rsidRDefault="00513421">
      <w:pPr>
        <w:keepNext/>
        <w:spacing w:before="80" w:after="40"/>
      </w:pPr>
      <w:r>
        <w:rPr>
          <w:b/>
        </w:rPr>
        <w:t>Will the purchase reduce support worker hours? Or does it assist in overcoming certain barriers?</w:t>
      </w:r>
    </w:p>
    <w:p w14:paraId="79ECB54A" w14:textId="31BD330D" w:rsidR="00CA7C2C" w:rsidRDefault="00513421">
      <w:pPr>
        <w:spacing w:before="40" w:after="160"/>
      </w:pPr>
      <w:r>
        <w:rPr>
          <w:color w:val="003366"/>
        </w:rPr>
        <w:t xml:space="preserve">[ Answer / Fill Here: </w:t>
      </w:r>
    </w:p>
    <w:sectPr w:rsidR="00CA7C2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7758961">
    <w:abstractNumId w:val="8"/>
  </w:num>
  <w:num w:numId="2" w16cid:durableId="653996878">
    <w:abstractNumId w:val="6"/>
  </w:num>
  <w:num w:numId="3" w16cid:durableId="1048530540">
    <w:abstractNumId w:val="5"/>
  </w:num>
  <w:num w:numId="4" w16cid:durableId="866217995">
    <w:abstractNumId w:val="4"/>
  </w:num>
  <w:num w:numId="5" w16cid:durableId="2142841421">
    <w:abstractNumId w:val="7"/>
  </w:num>
  <w:num w:numId="6" w16cid:durableId="59594837">
    <w:abstractNumId w:val="3"/>
  </w:num>
  <w:num w:numId="7" w16cid:durableId="698580926">
    <w:abstractNumId w:val="2"/>
  </w:num>
  <w:num w:numId="8" w16cid:durableId="2001345883">
    <w:abstractNumId w:val="1"/>
  </w:num>
  <w:num w:numId="9" w16cid:durableId="139731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686D"/>
    <w:rsid w:val="0029639D"/>
    <w:rsid w:val="00326F90"/>
    <w:rsid w:val="00333F12"/>
    <w:rsid w:val="00387394"/>
    <w:rsid w:val="004C3A2F"/>
    <w:rsid w:val="00513421"/>
    <w:rsid w:val="00677309"/>
    <w:rsid w:val="00923533"/>
    <w:rsid w:val="00AA1D8D"/>
    <w:rsid w:val="00B47730"/>
    <w:rsid w:val="00CA7C2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82163"/>
  <w14:defaultImageDpi w14:val="300"/>
  <w15:docId w15:val="{1144B14E-608E-49A1-82E8-25F5BD5D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color w:val="2222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916</Words>
  <Characters>4796</Characters>
  <Application>Microsoft Office Word</Application>
  <DocSecurity>0</DocSecurity>
  <Lines>122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Simon Anderson</cp:lastModifiedBy>
  <cp:revision>2</cp:revision>
  <dcterms:created xsi:type="dcterms:W3CDTF">2026-08-07T02:40:00Z</dcterms:created>
  <dcterms:modified xsi:type="dcterms:W3CDTF">2026-08-07T02:40:00Z</dcterms:modified>
  <cp:category/>
</cp:coreProperties>
</file>